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לנשמת רע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ע' הלל · שיר · מאבק וזיכרון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(לחבר בשם חיים) · 2–ג (עצב) · 3–ב (שאהבו אותו) · 4–ב (פשוט ואוהב)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(חיים – פשוט ואוהב)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 · 2–מטפורה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לחברו חיים, שנפל.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לנשמת רע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ע' הלל · שיר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הדובר כותב לחבר שלו חיים. חיים נפל. הדובר מתגעגע ואומר: אהבנו אותך.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כתוב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לחבר בשם חיים     ב. לים     ג. למורה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מרגישים החברים בפנים?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כעס     ב. שמחה     ג. עצב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החברים לא אמרו לחיים?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שהוא מצחיק     ב. שאהבו אותו     ג. שהוא גבוה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היה חיים?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רע     ב. פשוט ואוהב     ג. גאה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חיים – מסתירים רגש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 – מסתירים רגש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מתגעגע וכן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מתגעגע וכן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פשוט ואוהב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מסתירים רגש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שיא   |   מטפורה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השוואה בלי מילת השוואה: דבר אחד נאמר כאילו הוא דבר אחר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מקדיש הדובר את השיר?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לפעמים קשה לנו לומר לאנשים קרובים כמה הם חשובים לנו?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לנשמת רע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מ"לנשמת רע":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