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אליפלט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נתן אלתרמן · שיר · מאבק וזיכרון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(חסר מזל) · 2–ג (את מה שאזל שם) · 3–א (פזמון חוזר)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אליפלט הוא ילד פשוט. אנשים צוחקים עליו. הוא תמיד מחייך. בקרב הוא עוזר לחברים. הוא אמיץ מאוד. | 2) תשובה קצרה לפי הסיכום: אליפלט הוא ילד פשוט. אנשים צוחקים עליו. הוא תמיד מחייך. בקרב הוא עוזר לחברים. הוא אמיץ מאוד.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1–א · 2–ד · 3–ה · 4–ג · 5–ב · 6–ו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1–ב · 2–א · 3–ג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אליפלט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נתן אלתרמן · שיר · מאבק וזיכרון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אליפלט הוא ילד פשוט. אנשים צוחקים עליו. הוא תמיד מחייך. בקרב הוא עוזר לחברים. הוא אמיץ מאוד.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ביש גדא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אדם בלי מזל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חסר מזל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לחייך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לעשות פנים שמחות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לגחך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קרב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מלחמה במקום אחד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מאבק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אמיץ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לא בורח מדבר קשה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גיבור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מלאך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דמות טובה מן השמיים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שליח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פזמון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שורות שחוזרות בשיר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רפרן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פירוש "ביש גדא"?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גיבור     ב. חסר מזל     ג. חכם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הביא אליפלט לעמדה בקרב?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מכתב     ב. מים בלבד     ג. את מה שאזל שם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איזה אמצעי מאפיין את השיר?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פזמון חוזר     ב. רשימת תאריכים     ג. כתיבה בפרוזה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איך היה אליפלט?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מי גיבור בשבילכם?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ביש גדא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אדם בלי מזל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לחייך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דמות טובה מן השמיים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קרב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לא בורח מדבר קשה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אמיץ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לעשות פנים שמחות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מלאך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מלחמה במקום אחד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פזמון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שורות שחוזרות בשיר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אליפלט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לועגים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השכנים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תמים ואמיץ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המלאך גבריאל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מנחם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ההבדל בין אומץ של מי שמחשב את הסיכון לבין אומץ של מי שפועל מתוך לב תמים?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אליפלט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