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אליפלט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נתן אלתרמן · שיר · מאבק וזיכרון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(צחקו עליו) · 2–ג (חייך) · 3–ב (מה שהיה חסר להם) · 4–ג (מלאך)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1–נכון · 2–נכון · 3–לא נכון (השכנים – לועגים)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1–ב · 2–ג · 3–א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1) כילד חסר מזל, "ביש גדא", מגושם, שתמיד נשאר מבולבל ומחייך.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תשובה אישית: 2–3 משפטים, עם סיבה אחת (כי…).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אליפלט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נתן אלתרמן · שיר · מאבק וזיכרון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אליפלט היה ילד שכולם צחקו עליו. בקרב הוא עזר לחברים שלו. הוא היה אמיץ מאוד.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(יש 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עשו השכנים לאליפלט?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שרו לו     ב. צחקו עליו     ג. נתנו לו מתנה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אליפלט עשה כשלקחו ממנו צעצוע?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ברח     ב. בכה     ג. חייך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הוא הביא לחברים בקרב?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אוכל לחג     ב. מה שהיה חסר להם     ג. מכתבים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מי בא אליו בלילה?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אמא     ב. מורה     ג. מלאך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דמות – תכונה: סמנו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המלאך גבריאל – מנחם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אליפלט – תמים ואמיץ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השכנים – מנחם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אליפלט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מנחם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השכנים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תמים ואמיץ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המלאך גבריאל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לועגים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ענו במשפט אחד.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איך תיארו השכנים את אליפלט כשהיה ילד?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2–3 משפטים. אפשר להיעזר בפתיחים: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ההבדל בין אומץ של מי שמחשב את הסיכון לבין אומץ של מי שפועל מתוך לב תמים?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אליפלט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דבר אחד שזכרתי מ"אליפלט":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דמות שאהבתי, ולמה: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