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עולים חדשים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מהדורה למורה – יחידה: מאבק וזיכרון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ספרות לכיתה ז׳ – מסע ביצירות · גרסת עולים חדשים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1–ב (חסר מזל) · 2–ב (לחבר בשם חיים) · 3–ג (תן לי כוח) · 4–ב (הידידות בין אדם לחברו)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ב׳ – מילים ומושגים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1–א · 2–ה · 3–ג · 4–ו · 5–ב · 6–ד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1–ב · 2–א · 3–ג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ג׳ – כותבים בעברית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3–4 משפטים פשוטים עם מילת קישור.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עולים חדשים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יחידה: מאבק וזיכרון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ספרות לכיתה ז׳ – מסע ביצירות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בקצרה, בעברית פשוטה: השאלה הגדולה: מה שומר עלינו בזמנים קשים – ואיך זוכרים את מי שאיננו?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 פשוט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 דומה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ביש גדא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אדם בלי מזל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חסר מזל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לחייך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לעשות פנים שמחות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לגחך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רע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חבר טוב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ידיד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נשמה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החלק הפנימי של האדם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נפש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תפילה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בקשה לאלוהים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בקשה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כוח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יכולת להחזיק מעמד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עוצמה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ידידות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חברות טובה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חברות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פצוע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מי שנפגע בגוף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נפגע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(אליפלט) מה פירוש "ביש גדא"?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חכם     ב. חסר מזל     ג. גיבור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(לנשמת רע) למי מוקדש השיר?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לאם     ב. לחבר בשם חיים     ג. לעיר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(תפילה) איזה משפט חוזר בשיר?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צר לי     ב. אל תקטוף     ג. תן לי כוח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4) (משהו קרוב ביותר) מה מתאר הכותב כ"אור גדול"?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את השמש     ב. הידידות בין אדם לחברו     ג. את המדורה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ב׳ – מילים ומושגים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התאימו מילה ← הסבר. אפשר להיעזר במילון שבראש הדף.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ביש גדא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אדם בלי מזל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לחייך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בקשה לאלוהים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רע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חבר טוב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נשמה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יכולת להחזיק מעמד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5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תפילה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לעשות פנים שמחות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6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כוח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ו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החלק הפנימי של האדם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התאימו יצירה ← דמות.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יצירה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אליפלט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הדובר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לנשמת רע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אליפלט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משהו קרוב ביותר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הכותב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ג׳ – כותבים בעברית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כתבו 3–4 משפטים. השתמשו במילות הקישור: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מה שומר עלינו בזמנים קשים – ואיך זוכרים את מי שאיננו?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מילות קישור: הוספה: וגם / בנוסף / יתר על כן / כמו כן   ניגוד: אבל / אולם / לעומת זאת / למרות   סיבה: כי / מפני ש / בגלל / משום ש   תוצאה: לכן / לפיכך / כתוצאה מכך / ולכן   דוגמה: למשל / לדוגמה / כגון   סיכום: לסיכום / בקיצור / לבסוף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יחידה: מאבק וזיכרון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מילה חדשה מהיחידה: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היצירה שאהבתי: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שאלה שיש לי: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