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יחידה: מאבק וזיכרון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(צחקו עליו) · 2–א (לחבר בשם חיים) · 3–א (כוח) · 4–ג (החברים שלו)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1–א · 2–ג · 3–ב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1–ב · 2–ד · 3–א · 4–ג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2–3 משפטים, עם דוגמה מיצירה אחת.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יחידה: מאבק וזיכרון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השאלה הגדולה: מה שומר עלינו בזמנים קשים – ואיך זוכרים את מי שאיננו?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(אליפלט) מה עשו השכנים לאליפלט?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שרו לו     ב. צחקו עליו     ג. נתנו לו מתנה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(לנשמת רע) למי כתוב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לחבר בשם חיים     ב. לים     ג. למורה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(תפילה) מה הדובר מבקש?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כוח     ב. כסף     ג. שקט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(משהו קרוב ביותר) מה עוזר לחובש להירגע?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שינה     ב. מוזיקה     ג. החברים שלו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חברו בקו: יצירה ← דמות.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אליפלט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אליפלט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לנשמת רע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הכותב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משהו קרוב ביותר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השכנים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שותפים לדרך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חיים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לועגים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החברים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עייף ופגיע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החובש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פשוט ואוהב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השאלה הגדולה של היחידה. כתבו 2–3 משפטים: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שומר עלינו בזמנים קשים – ואיך זוכרים את מי שאיננו?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יחידה: מאבק וזיכרון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היצירה שהכי אהבתי ביחידה: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משהו אחד שלמדתי: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